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- מסלולי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וכללי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מרחק עצירה ובטיחות באופניים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להיראות - עם אור או בגדים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לחצות רק במעברי חציה מסומנים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הם חלק מהתנועה בדרך וצריכים לנהוג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מסלול וגיל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(כיתות א-ב)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(כיתות ג-ד)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(כיתות ה-ו)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(חטיבת ביניים)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חציית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להגיע למעבר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ולהסתכל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בזהירות ובמבט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להסתכל לפני חציה, ללכת על המדרכה, לא לשחק ליד הכביש, ללבוש בגדים בהירים בחושך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הסתכלות ימינה ושמאלה ווידוא שאין 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המסלול הצעיר פשוט יותר עם רמזור וחצייה, הבוגר כולל נהיגה ודילמות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טלפון נייד, מוזיקה חזקה, שיחה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קושי השאלות לגיל הכיתה על ידי בחירת חלק מהשאלות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לחץ חברתי בדרכים אחרי חלק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הדגמה מעשית של חציית כביש בטוחה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- מסלולי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זהירות בדרכים יש שבעה מסלולי למידה לפי גיל, מהצעדים הראשונים בדרך ועד נהיגה בגיל ההתבגרות. בדף הזה נתרגל מושגים חשובים מתוך המסלולים השונים.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תמרור  ·  חציה  ·  ירוק  ·  ליווי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הצבע שאומר לעצור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חשוב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להסתכל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חשוב לעשות כשחושך בחוץ והולכים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ללבוש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להיראות - עם אור או 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לעצום 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באמצע הדרך בלי מעבר 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רוכבי אופניים וקורקינט צריכים לציית לכללי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כשהרמזור __________ אפשר לחצות את הכביש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שלט שנותן לנו מידע או הוראה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צריך לחצות את הכביש רק במעבר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נהג חדש צריך __________ של נהג מנוסה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מסלול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צעדים ראשונים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סיירי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כיתות א-ב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בלשי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כיתות ג-ד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נוהגים בראש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כיתות ה-ו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לחצות בזהירות ובמבט פתוח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להגיע למעבר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לעצור ולהסתכל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שאין רכבים מתקרבים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עצות חשובות לבטיחות בדרך שהייתם נותנים לילד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לבדוק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המסלול לכיתות א-ב למסלול לחטיבת 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- מסלולי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