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זהירות בדרכים - מסלולי למידה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בזהירות בדרכים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תמרורים וכללי חציית כביש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מושגים כמו מרחק עצירה ובטיחות באופניים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אדום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להסתכל ימינה ושמאלה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המרחק שרכב צריך כדי לעצור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בגיל 16 וחצי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להיראות - עם אור או בגדים בהירים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טלפון נייד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יש לחצות רק במעברי חציה מסומנים כדי להיות בטוחים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גם הם חלק מהתנועה בדרך וצריכים לנהוג בזהירות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חברים יכולים לפעמים לעודד התנהגות מסוכנת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עייפות מאטה תגובות ומסכנת את הנהג ואחרים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חגורת בטיחות מצילה חיים בתאונות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תמרור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ליווי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בהירים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הסחת דעת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מסלול וגיל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(כיתות א-ב)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(כיתות ג-ד)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(כיתות ה-ו)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(חטיבת ביניים)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(חטיבה עליונה)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שלבי חציית כביש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להגיע למעבר החציה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לעצור ולהסתכל ימינה ושמאלה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לוודא שאין רכבים מתקרבים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לחצות בזהירות ובמבט פתוח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להמשיך להסתכל גם באמצע החצייה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תשובות אפשריות: להסתכל לפני חציה, ללכת על המדרכה, לא לשחק ליד הכביש, ללבוש בגדים בהירים בחושך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חברים מעודדים לחצות באדום. אפשר להסביר שהבטיחות חשובה יותר, ולסרב בנימוס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הסתכלות ימינה ושמאלה ווידוא שאין רכבים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המסלול הצעיר פשוט יותר עם רמזור וחצייה, הבוגר כולל נהיגה ודילמות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טלפון נייד, מוזיקה חזקה, שיחה עם חברים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להתאים את קושי השאלות לגיל הכיתה על ידי בחירת חלק מהשאלות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דיון קצר על לחץ חברתי בדרכים אחרי חלק החשיבה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לשלב הדגמה מעשית של חציית כביש בטוחה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זהירות בדרכים - מסלולי למידה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אתר שמלמד זהירות בדרכים. יש בו מסלולים לפי גיל. בדף הזה נתרגל מילים וכללים על בטיחות בדרך.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רמזור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מכשיר עם אור אדום, צהוב וירוק שמנהל תנועה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תמרור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שלט בדרך שנותן הוראה או מידע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מעבר חציה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מסומן לחציית כביש ברגל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מרחק עצירה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המרחק שרכב צריך כדי לעצור לגמרי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קורקינט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רכב קטן עם שתי גלגלים לעמידה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ליווי נהג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נהג מנוסה שנוסע עם נהג חדש כדי ללמד אותו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הסחת דעת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שמסיט את תשומת הלב מהנהיגה או מההליכה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תאורה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אור שעוזר לראות ולהיראות בחושך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צבע אומר לעצור?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לפני שחוצים כביש?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לרוץ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להסתכל ימינה ושמאלה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לדבר בטלפון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לקפוץ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המילה מרחק עצירה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המרחק עד לבית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המרחק שרכב צריך כדי לעצור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גובה הרמזור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התמרורים בכביש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מתי אפשר להתחיל ללמוד נהיגה?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בגיל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בגיל 16 וחצי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בגיל 25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בגיל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עוזר לראות אותנו בחושך?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ללבוש בגדים כהים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להיראות - עם אור או בגדים בהירים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לעצום עיניים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לרוץ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מפריע לנהג להתרכז?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חגורת בטיחות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טלפון נייד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מראה אחורית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רמזור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לחצות כביש באמצע הדרך בלי מעבר חציה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רוכבי אופניים וקורקינט צריכים לציית לכללי תנועה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לחץ חברתי יכול להשפיע על החלטות מסוכנות בכביש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עייפות לא משפיעה על היכולת לנהוג בבטחה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אין צורך ללבוש חגורת בטיחות ברכב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כשהרמזור __________ אפשר לחצות את הכביש בזהירות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הוא שלט שנותן לנו מידע או הוראה בדרך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צריך לחצות את הכביש רק במעבר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נהג חדש צריך __________ של נהג מנוסה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בחושך חשוב ללבוש בגדים __________ כדי להיראות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הטלפון הנייד יכול לגרום ל__________ בזמן הליכה או נהיגה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מסלול וגיל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צעדים ראשונים בדרך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כיתות ג-ד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סיירי הדרך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חטיבה עליונה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בלשי בטיחות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כיתות א-ב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נוהגים בראש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כיתות ה-ו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נוהגים בראש צלול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חטיבת ביניים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- שלבי חציית כביש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לחצות בזהירות ובמבט פתוח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לוודא שאין רכבים מתקרבים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להמשיך להסתכל גם באמצע החצייה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לעצור ולהסתכל ימינה ושמאלה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להגיע למעבר החציה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 עצות חשובות לבטיחות בדרך שהייתם נותנים לילד קטן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מצב שבו לחץ חברתי יכול לגרום להתנהגות מסוכנת בדרך, והציעו דרך להתמודד איתו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לבדוק לפני חציית כביש?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המסלול לכיתות א-ב למסלול לחטיבת ביניים?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להסחת דעת בדרך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זהירות בדרכים - מסלולי למידה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