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 - מסלולי 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בזהירות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תמרורים וכללי חציית 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כמו מרחק עצירה ובטיחות באופניים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להסתכל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המרחק שרכב צריך כדי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בגיל 16 וחצי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להיראות - עם אור או בגדים בהירים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טלפון נייד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לחצות רק במעברי חציה מסומנים כדי להיות בטוחים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גם הם חלק מהתנועה בדרך וצריכים לנהוג בזהירות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חברים יכולים לפעמים לעודד התנהגות מסוכנת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עייפות מאטה תגובות ומסכנת את הנהג ואחרים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חגורת בטיחות מצילה חיים בתאונות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תמרור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ליווי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בהירים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הסחת דעת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מסלול וגיל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(כיתות א-ב)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(כיתות ג-ד)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(כיתות ה-ו)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(חטיבת ביניים)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(חטיבה עליונה)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 חציית 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להגיע למעבר החציה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לעצור ולהסתכל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לוודא שאין רכבים מתקרבים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לחצות בזהירות ובמבט פתוח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להמשיך להסתכל גם באמצע החצייה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אפשריות: להסתכל לפני חציה, ללכת על המדרכה, לא לשחק ליד הכביש, ללבוש בגדים בהירים בחושך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חברים מעודדים לחצות באדום. אפשר להסביר שהבטיחות חשובה יותר, ולסרב בנימוס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הסתכלות ימינה ושמאלה ווידוא שאין רכבים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המסלול הצעיר פשוט יותר עם רמזור וחצייה, הבוגר כולל נהיגה ודילמות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טלפון נייד, מוזיקה חזקה, שיחה עם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להתאים את קושי השאלות לגיל הכיתה על ידי בחירת חלק מהשאלות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על לחץ חברתי בדרכים אחרי חלק החשיבה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הדגמה מעשית של חציית כביש בטוחה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 - מסלולי 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זהירות בדרכים יש שבעה מסלולי למידה לפי גיל, מהצעדים הראשונים בדרך ועד נהיגה בגיל ההתבגרות. בדף הזה נתרגל מושגים חשובים מתוך המסלולים השונים.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הצבע שאומר לעצור ברמזור?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חשוב לעשות לפני חציית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להסתכל ימינה ושמאלה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לקפוץ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מרחק עצירה?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המרחק עד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המרחק שרכב צריך כדי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גובה הרמזור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התמרורים בכביש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גיל מותר להתחיל ללמוד נהיגה עם ליווי?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בגיל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בגיל 16 וחצי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בגיל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בגיל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חשוב לעשות כשחושך בחוץ והולכים ברחוב?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ללבוש בגדים כהים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להיראות - עם אור או בגדים בהירים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לעצום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לרוץ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יכול לגרום להסחת דעת בנהיגה?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חגורת 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טלפון נייד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מראה אחורית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רמזור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לחצות כביש באמצע הדרך בלי מעבר חציה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רוכבי אופניים וקורקינט צריכים לציית לכללי תנועה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לחץ חברתי יכול להשפיע על החלטות מסוכנות בכביש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עייפות לא משפיעה על היכולת לנהוג בבטחה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ללבוש חגורת בטיחות ברכב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כשהרמזור __________ אפשר לחצות את הכביש בזהירות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הוא שלט שנותן לנו מידע או הוראה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צריך לחצות את הכביש רק במעבר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נהג חדש צריך __________ של נהג מנוסה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בחושך חשוב ללבוש בגדים __________ כדי להיראות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הטלפון הנייד יכול לגרום ל__________ בזמן הליכה או נהיגה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מסלול וגיל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צעדים ראשונים בדרך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חטיבת ביניים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סיירי הדרך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כיתות א-ב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בלשי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כיתות ג-ד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נוהגים בראש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חטיבה עליונה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נוהגים בראש צלול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כיתות ה-ו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שלבי חציית 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לוודא שאין רכבים מתקרבים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להמשיך להסתכל גם באמצע החצייה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לעצור ולהסתכל ימינה ושמאלה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להגיע למעבר החציה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לחצות בזהירות ובמבט פתוח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עצות חשובות לבטיחות בדרך שהייתם נותנים לילד קטן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לחץ חברתי יכול לגרום להתנהגות מסוכנת בדרך, והציעו דרך להתמודד איתו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לבדוק לפני חציית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המסלול לכיתות א-ב למסלול לחטיבת ביניים?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להסחת דעת בדרך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זהירות בדרכים - מסלולי למידה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